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937"/>
      </w:tblGrid>
      <w:tr w:rsidR="0078787C" w:rsidRPr="00272B93" w14:paraId="79EB0035" w14:textId="77777777" w:rsidTr="00272B93">
        <w:trPr>
          <w:cantSplit/>
        </w:trPr>
        <w:tc>
          <w:tcPr>
            <w:tcW w:w="10205" w:type="dxa"/>
            <w:gridSpan w:val="2"/>
            <w:shd w:val="clear" w:color="auto" w:fill="17365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C1D44F4" w14:textId="77777777" w:rsidR="0078787C" w:rsidRPr="00272B93" w:rsidRDefault="008A07A4">
            <w:pPr>
              <w:spacing w:after="0" w:line="240" w:lineRule="auto"/>
              <w:jc w:val="center"/>
            </w:pPr>
            <w:r w:rsidRPr="00272B93">
              <w:rPr>
                <w:b/>
                <w:color w:val="FFFFFF"/>
                <w:sz w:val="17"/>
              </w:rPr>
              <w:t>ANEXO</w:t>
            </w:r>
          </w:p>
        </w:tc>
      </w:tr>
      <w:tr w:rsidR="0078787C" w:rsidRPr="00272B93" w14:paraId="42962EC5" w14:textId="77777777" w:rsidTr="00272B93">
        <w:trPr>
          <w:cantSplit/>
        </w:trPr>
        <w:tc>
          <w:tcPr>
            <w:tcW w:w="10205" w:type="dxa"/>
            <w:gridSpan w:val="2"/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73DA9A" w14:textId="77777777" w:rsidR="0078787C" w:rsidRPr="00272B93" w:rsidRDefault="008A07A4">
            <w:pPr>
              <w:spacing w:after="0" w:line="240" w:lineRule="auto"/>
              <w:jc w:val="center"/>
            </w:pPr>
            <w:r w:rsidRPr="00272B93">
              <w:rPr>
                <w:b/>
                <w:color w:val="FFFFFF"/>
                <w:sz w:val="26"/>
              </w:rPr>
              <w:t>TERMO DE AUTODECLARAÇÃO DE RESPONSABILIDADE</w:t>
            </w:r>
          </w:p>
        </w:tc>
      </w:tr>
      <w:tr w:rsidR="0078787C" w14:paraId="3E24A0D3" w14:textId="77777777" w:rsidTr="00272B93">
        <w:trPr>
          <w:cantSplit/>
        </w:trPr>
        <w:tc>
          <w:tcPr>
            <w:tcW w:w="10205" w:type="dxa"/>
            <w:gridSpan w:val="2"/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68D19D4" w14:textId="77777777" w:rsidR="0078787C" w:rsidRDefault="008A07A4">
            <w:pPr>
              <w:spacing w:after="0" w:line="240" w:lineRule="auto"/>
              <w:jc w:val="center"/>
            </w:pPr>
            <w:r w:rsidRPr="00272B93">
              <w:rPr>
                <w:b/>
                <w:color w:val="FFFFFF"/>
                <w:sz w:val="20"/>
              </w:rPr>
              <w:t>ATIVIDADES DE MÉDIO RISCO SANITÁRIO</w:t>
            </w:r>
          </w:p>
        </w:tc>
      </w:tr>
      <w:tr w:rsidR="0078787C" w14:paraId="46F66298" w14:textId="77777777" w:rsidTr="00272B93">
        <w:trPr>
          <w:cantSplit/>
        </w:trPr>
        <w:tc>
          <w:tcPr>
            <w:tcW w:w="10205" w:type="dxa"/>
            <w:gridSpan w:val="2"/>
            <w:shd w:val="clear" w:color="auto" w:fill="F3F7FB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E3A8B15" w14:textId="77777777" w:rsidR="0078787C" w:rsidRDefault="008A07A4">
            <w:pPr>
              <w:spacing w:after="0" w:line="240" w:lineRule="auto"/>
            </w:pPr>
            <w:r>
              <w:rPr>
                <w:color w:val="1F1F1F"/>
                <w:sz w:val="16"/>
              </w:rPr>
              <w:t xml:space="preserve">Instrumento para o aceite do empreendedor, destinado à emissão do ato público de liberação em regime de médio risco, nos termos da Lei Complementar Municipal nº </w:t>
            </w:r>
            <w:r>
              <w:rPr>
                <w:color w:val="1F1F1F"/>
                <w:sz w:val="16"/>
              </w:rPr>
              <w:t>1.081/2026.</w:t>
            </w:r>
          </w:p>
        </w:tc>
      </w:tr>
      <w:tr w:rsidR="0078787C" w14:paraId="7DF291C3" w14:textId="77777777" w:rsidTr="00272B93">
        <w:trPr>
          <w:cantSplit/>
        </w:trPr>
        <w:tc>
          <w:tcPr>
            <w:tcW w:w="10205" w:type="dxa"/>
            <w:gridSpan w:val="2"/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531435F" w14:textId="77777777" w:rsidR="0078787C" w:rsidRDefault="008A07A4">
            <w:pPr>
              <w:spacing w:after="0" w:line="240" w:lineRule="auto"/>
            </w:pPr>
            <w:r>
              <w:rPr>
                <w:b/>
                <w:color w:val="FFFFFF"/>
              </w:rPr>
              <w:t>1. IDENTIFICAÇÃO DO EMPREENDEDOR E DA ATIVIDADE</w:t>
            </w:r>
          </w:p>
        </w:tc>
      </w:tr>
      <w:tr w:rsidR="0078787C" w14:paraId="3BAF3AAA" w14:textId="77777777" w:rsidTr="00272B93">
        <w:trPr>
          <w:cantSplit/>
        </w:trPr>
        <w:tc>
          <w:tcPr>
            <w:tcW w:w="2268" w:type="dxa"/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DCEE897" w14:textId="77777777" w:rsidR="0078787C" w:rsidRDefault="008A07A4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Razão social / Nome:</w:t>
            </w:r>
          </w:p>
        </w:tc>
        <w:tc>
          <w:tcPr>
            <w:tcW w:w="7937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5BDC158" w14:textId="4759B3E3" w:rsidR="0078787C" w:rsidRDefault="0078787C">
            <w:pPr>
              <w:spacing w:after="0" w:line="240" w:lineRule="auto"/>
            </w:pPr>
          </w:p>
        </w:tc>
      </w:tr>
      <w:tr w:rsidR="0078787C" w14:paraId="7186BB60" w14:textId="77777777" w:rsidTr="00272B93">
        <w:trPr>
          <w:cantSplit/>
        </w:trPr>
        <w:tc>
          <w:tcPr>
            <w:tcW w:w="2268" w:type="dxa"/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C6A6299" w14:textId="77777777" w:rsidR="0078787C" w:rsidRDefault="008A07A4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CNPJ / CPF:</w:t>
            </w:r>
          </w:p>
        </w:tc>
        <w:tc>
          <w:tcPr>
            <w:tcW w:w="7937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855756E" w14:textId="53F83249" w:rsidR="0078787C" w:rsidRDefault="00272B93">
            <w:pPr>
              <w:spacing w:after="0" w:line="240" w:lineRule="auto"/>
            </w:pPr>
            <w:r>
              <w:rPr>
                <w:color w:val="1F1F1F"/>
              </w:rPr>
              <w:t xml:space="preserve">                                                                          </w:t>
            </w:r>
            <w:proofErr w:type="spellStart"/>
            <w:r w:rsidR="008A07A4">
              <w:rPr>
                <w:color w:val="1F1F1F"/>
              </w:rPr>
              <w:t>Inscrição</w:t>
            </w:r>
            <w:proofErr w:type="spellEnd"/>
            <w:r w:rsidR="008A07A4">
              <w:rPr>
                <w:color w:val="1F1F1F"/>
              </w:rPr>
              <w:t xml:space="preserve"> municipal: </w:t>
            </w:r>
          </w:p>
        </w:tc>
      </w:tr>
      <w:tr w:rsidR="0078787C" w14:paraId="557BEB64" w14:textId="77777777" w:rsidTr="00272B93">
        <w:trPr>
          <w:cantSplit/>
        </w:trPr>
        <w:tc>
          <w:tcPr>
            <w:tcW w:w="2268" w:type="dxa"/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8CF377A" w14:textId="77777777" w:rsidR="0078787C" w:rsidRDefault="008A07A4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Responsável legal:</w:t>
            </w:r>
          </w:p>
        </w:tc>
        <w:tc>
          <w:tcPr>
            <w:tcW w:w="7937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09028DA" w14:textId="73ADED76" w:rsidR="0078787C" w:rsidRDefault="0078787C">
            <w:pPr>
              <w:spacing w:after="0" w:line="240" w:lineRule="auto"/>
            </w:pPr>
          </w:p>
        </w:tc>
      </w:tr>
      <w:tr w:rsidR="0078787C" w14:paraId="4D5AD9BC" w14:textId="77777777" w:rsidTr="00272B93">
        <w:trPr>
          <w:cantSplit/>
        </w:trPr>
        <w:tc>
          <w:tcPr>
            <w:tcW w:w="2268" w:type="dxa"/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E023E03" w14:textId="77777777" w:rsidR="0078787C" w:rsidRDefault="008A07A4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Endereço da atividade:</w:t>
            </w:r>
          </w:p>
        </w:tc>
        <w:tc>
          <w:tcPr>
            <w:tcW w:w="7937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711B509" w14:textId="727BCAFD" w:rsidR="0078787C" w:rsidRDefault="0078787C">
            <w:pPr>
              <w:spacing w:after="0" w:line="240" w:lineRule="auto"/>
            </w:pPr>
          </w:p>
        </w:tc>
      </w:tr>
      <w:tr w:rsidR="0078787C" w14:paraId="61CF98C6" w14:textId="77777777" w:rsidTr="00272B93">
        <w:trPr>
          <w:cantSplit/>
        </w:trPr>
        <w:tc>
          <w:tcPr>
            <w:tcW w:w="2268" w:type="dxa"/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15FD55E" w14:textId="77777777" w:rsidR="0078787C" w:rsidRDefault="008A07A4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CNAE(s) e atividade(s):</w:t>
            </w:r>
          </w:p>
        </w:tc>
        <w:tc>
          <w:tcPr>
            <w:tcW w:w="7937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4894958" w14:textId="12274752" w:rsidR="0078787C" w:rsidRDefault="0078787C">
            <w:pPr>
              <w:spacing w:after="0" w:line="240" w:lineRule="auto"/>
            </w:pPr>
          </w:p>
        </w:tc>
      </w:tr>
      <w:tr w:rsidR="0078787C" w14:paraId="060F68C4" w14:textId="77777777" w:rsidTr="00272B93">
        <w:trPr>
          <w:cantSplit/>
        </w:trPr>
        <w:tc>
          <w:tcPr>
            <w:tcW w:w="2268" w:type="dxa"/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424BBAB" w14:textId="77777777" w:rsidR="0078787C" w:rsidRDefault="008A07A4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Telefone / e-mail:</w:t>
            </w:r>
          </w:p>
        </w:tc>
        <w:tc>
          <w:tcPr>
            <w:tcW w:w="7937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04083DC" w14:textId="07E7CE90" w:rsidR="0078787C" w:rsidRDefault="0078787C">
            <w:pPr>
              <w:spacing w:after="0" w:line="240" w:lineRule="auto"/>
            </w:pPr>
          </w:p>
        </w:tc>
      </w:tr>
      <w:tr w:rsidR="0078787C" w14:paraId="7B0B9F68" w14:textId="77777777" w:rsidTr="00272B93">
        <w:trPr>
          <w:cantSplit/>
        </w:trPr>
        <w:tc>
          <w:tcPr>
            <w:tcW w:w="2268" w:type="dxa"/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832D284" w14:textId="77777777" w:rsidR="0078787C" w:rsidRDefault="008A07A4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Ár</w:t>
            </w:r>
            <w:r>
              <w:rPr>
                <w:b/>
                <w:color w:val="1F1F1F"/>
                <w:sz w:val="16"/>
              </w:rPr>
              <w:t>ea edificada:</w:t>
            </w:r>
          </w:p>
        </w:tc>
        <w:tc>
          <w:tcPr>
            <w:tcW w:w="7937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0C2C4FA" w14:textId="0096C736" w:rsidR="0078787C" w:rsidRDefault="00272B93">
            <w:pPr>
              <w:spacing w:after="0" w:line="240" w:lineRule="auto"/>
            </w:pPr>
            <w:r>
              <w:rPr>
                <w:color w:val="1F1F1F"/>
              </w:rPr>
              <w:t xml:space="preserve">                </w:t>
            </w:r>
            <w:r w:rsidR="008A07A4">
              <w:rPr>
                <w:color w:val="1F1F1F"/>
              </w:rPr>
              <w:t xml:space="preserve">m²    Processo/ato CBMRO nº: </w:t>
            </w:r>
            <w:r>
              <w:rPr>
                <w:color w:val="1F1F1F"/>
              </w:rPr>
              <w:t xml:space="preserve">                                  </w:t>
            </w:r>
            <w:r w:rsidR="008A07A4">
              <w:rPr>
                <w:color w:val="1F1F1F"/>
              </w:rPr>
              <w:t xml:space="preserve">   Validade: ____/____/________</w:t>
            </w:r>
          </w:p>
        </w:tc>
      </w:tr>
      <w:tr w:rsidR="0078787C" w14:paraId="0219259C" w14:textId="77777777" w:rsidTr="00272B93">
        <w:trPr>
          <w:cantSplit/>
        </w:trPr>
        <w:tc>
          <w:tcPr>
            <w:tcW w:w="10205" w:type="dxa"/>
            <w:gridSpan w:val="2"/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7EF4AE7" w14:textId="77777777" w:rsidR="0078787C" w:rsidRDefault="008A07A4">
            <w:pPr>
              <w:spacing w:after="0" w:line="240" w:lineRule="auto"/>
            </w:pPr>
            <w:r>
              <w:rPr>
                <w:b/>
                <w:color w:val="FFFFFF"/>
              </w:rPr>
              <w:t>2. DECLARAÇÃO DE RESPONSABILIDADE</w:t>
            </w:r>
          </w:p>
        </w:tc>
      </w:tr>
      <w:tr w:rsidR="0078787C" w14:paraId="254E5C4C" w14:textId="77777777" w:rsidTr="00272B93">
        <w:trPr>
          <w:cantSplit/>
        </w:trPr>
        <w:tc>
          <w:tcPr>
            <w:tcW w:w="10205" w:type="dxa"/>
            <w:gridSpan w:val="2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9C49329" w14:textId="77777777" w:rsidR="0078787C" w:rsidRDefault="008A07A4">
            <w:pPr>
              <w:spacing w:after="0" w:line="240" w:lineRule="auto"/>
            </w:pPr>
            <w:r>
              <w:rPr>
                <w:color w:val="1F1F1F"/>
                <w:sz w:val="16"/>
              </w:rPr>
              <w:t>☐</w:t>
            </w:r>
            <w:r>
              <w:rPr>
                <w:color w:val="1F1F1F"/>
                <w:sz w:val="16"/>
              </w:rPr>
              <w:t xml:space="preserve"> Declaro, sob as penas da lei, que conheço e cumpro as exigências legais aplicáveis ao exercício das </w:t>
            </w:r>
            <w:r>
              <w:rPr>
                <w:color w:val="1F1F1F"/>
                <w:sz w:val="16"/>
              </w:rPr>
              <w:t>atividades acima descritas, especialmente as obrigações ambientais, sanitárias e de segurança.</w:t>
            </w:r>
          </w:p>
        </w:tc>
      </w:tr>
      <w:tr w:rsidR="0078787C" w14:paraId="518C938E" w14:textId="77777777" w:rsidTr="00272B93">
        <w:trPr>
          <w:cantSplit/>
        </w:trPr>
        <w:tc>
          <w:tcPr>
            <w:tcW w:w="10205" w:type="dxa"/>
            <w:gridSpan w:val="2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A379644" w14:textId="77777777" w:rsidR="0078787C" w:rsidRDefault="008A07A4">
            <w:pPr>
              <w:spacing w:after="0" w:line="240" w:lineRule="auto"/>
            </w:pPr>
            <w:r>
              <w:rPr>
                <w:color w:val="1F1F1F"/>
                <w:sz w:val="16"/>
              </w:rPr>
              <w:t>☐</w:t>
            </w:r>
            <w:r>
              <w:rPr>
                <w:color w:val="1F1F1F"/>
                <w:sz w:val="16"/>
              </w:rPr>
              <w:t xml:space="preserve"> Declaro que as informações prestadas neste termo são verdadeiras, completas e correspondem às condições reais do estabelecimento e das atividades efetivamente</w:t>
            </w:r>
            <w:r>
              <w:rPr>
                <w:color w:val="1F1F1F"/>
                <w:sz w:val="16"/>
              </w:rPr>
              <w:t xml:space="preserve"> exercidas.</w:t>
            </w:r>
          </w:p>
        </w:tc>
      </w:tr>
      <w:tr w:rsidR="0078787C" w14:paraId="071E2EF1" w14:textId="77777777" w:rsidTr="00272B93">
        <w:trPr>
          <w:cantSplit/>
        </w:trPr>
        <w:tc>
          <w:tcPr>
            <w:tcW w:w="10205" w:type="dxa"/>
            <w:gridSpan w:val="2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9059B29" w14:textId="77777777" w:rsidR="0078787C" w:rsidRDefault="008A07A4">
            <w:pPr>
              <w:spacing w:after="0" w:line="240" w:lineRule="auto"/>
            </w:pPr>
            <w:r>
              <w:rPr>
                <w:color w:val="1F1F1F"/>
                <w:sz w:val="16"/>
              </w:rPr>
              <w:t>☐</w:t>
            </w:r>
            <w:r>
              <w:rPr>
                <w:color w:val="1F1F1F"/>
                <w:sz w:val="16"/>
              </w:rPr>
              <w:t xml:space="preserve"> Declaro possuir ato público de liberação emitido pelo Corpo de Bombeiros Militar do Estado de Rondônia, válido e compatível com o estabelecimento e a atividade declarada.</w:t>
            </w:r>
          </w:p>
        </w:tc>
      </w:tr>
      <w:tr w:rsidR="0078787C" w14:paraId="6C3B606B" w14:textId="77777777" w:rsidTr="00272B93">
        <w:trPr>
          <w:cantSplit/>
        </w:trPr>
        <w:tc>
          <w:tcPr>
            <w:tcW w:w="10205" w:type="dxa"/>
            <w:gridSpan w:val="2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BFB8C20" w14:textId="77777777" w:rsidR="0078787C" w:rsidRDefault="008A07A4">
            <w:pPr>
              <w:spacing w:after="0" w:line="240" w:lineRule="auto"/>
            </w:pPr>
            <w:r>
              <w:rPr>
                <w:color w:val="1F1F1F"/>
                <w:sz w:val="16"/>
              </w:rPr>
              <w:t>☐</w:t>
            </w:r>
            <w:r>
              <w:rPr>
                <w:color w:val="1F1F1F"/>
                <w:sz w:val="16"/>
              </w:rPr>
              <w:t xml:space="preserve"> Quando aplicável, apresento laudo técnico de segurança, acessibilid</w:t>
            </w:r>
            <w:r>
              <w:rPr>
                <w:color w:val="1F1F1F"/>
                <w:sz w:val="16"/>
              </w:rPr>
              <w:t>ade e salubridade do imóvel, acompanhado da respectiva ART ou RRT de profissional legalmente habilitado, sem prejuízo da obtenção do ato de liberação do CBMRO.</w:t>
            </w:r>
          </w:p>
        </w:tc>
      </w:tr>
      <w:tr w:rsidR="0078787C" w14:paraId="329EA49A" w14:textId="77777777" w:rsidTr="00272B93">
        <w:trPr>
          <w:cantSplit/>
        </w:trPr>
        <w:tc>
          <w:tcPr>
            <w:tcW w:w="10205" w:type="dxa"/>
            <w:gridSpan w:val="2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CEEDCEF" w14:textId="77777777" w:rsidR="0078787C" w:rsidRDefault="008A07A4">
            <w:pPr>
              <w:spacing w:after="0" w:line="240" w:lineRule="auto"/>
            </w:pPr>
            <w:r>
              <w:rPr>
                <w:color w:val="1F1F1F"/>
                <w:sz w:val="16"/>
              </w:rPr>
              <w:t>☐</w:t>
            </w:r>
            <w:r>
              <w:rPr>
                <w:color w:val="1F1F1F"/>
                <w:sz w:val="16"/>
              </w:rPr>
              <w:t xml:space="preserve"> Comprometo-me a manter as condições declaradas e a disponibilizar, à fiscalização, os documen</w:t>
            </w:r>
            <w:r>
              <w:rPr>
                <w:color w:val="1F1F1F"/>
                <w:sz w:val="16"/>
              </w:rPr>
              <w:t>tos técnicos exigidos pela legislação sanitária, ambiental, de segurança e demais normas aplicáveis à atividade.</w:t>
            </w:r>
          </w:p>
        </w:tc>
      </w:tr>
      <w:tr w:rsidR="0078787C" w14:paraId="03934A05" w14:textId="77777777" w:rsidTr="00272B93">
        <w:trPr>
          <w:cantSplit/>
        </w:trPr>
        <w:tc>
          <w:tcPr>
            <w:tcW w:w="10205" w:type="dxa"/>
            <w:gridSpan w:val="2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1D7161" w14:textId="77777777" w:rsidR="0078787C" w:rsidRDefault="008A07A4">
            <w:pPr>
              <w:spacing w:after="0" w:line="240" w:lineRule="auto"/>
            </w:pPr>
            <w:r>
              <w:rPr>
                <w:color w:val="1F1F1F"/>
                <w:sz w:val="16"/>
              </w:rPr>
              <w:t>☐</w:t>
            </w:r>
            <w:r>
              <w:rPr>
                <w:color w:val="1F1F1F"/>
                <w:sz w:val="16"/>
              </w:rPr>
              <w:t xml:space="preserve"> Estou ciente de que a autodeclaração não afasta a fiscalização posterior, nem substitui autorizações, licenças ou responsabilidades exigidas</w:t>
            </w:r>
            <w:r>
              <w:rPr>
                <w:color w:val="1F1F1F"/>
                <w:sz w:val="16"/>
              </w:rPr>
              <w:t xml:space="preserve"> por legislação federal, estadual ou municipal específica.</w:t>
            </w:r>
          </w:p>
        </w:tc>
      </w:tr>
      <w:tr w:rsidR="0078787C" w14:paraId="2D88301F" w14:textId="77777777" w:rsidTr="00272B93">
        <w:trPr>
          <w:cantSplit/>
        </w:trPr>
        <w:tc>
          <w:tcPr>
            <w:tcW w:w="10205" w:type="dxa"/>
            <w:gridSpan w:val="2"/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48B42A3" w14:textId="77777777" w:rsidR="0078787C" w:rsidRDefault="008A07A4">
            <w:pPr>
              <w:spacing w:after="0" w:line="240" w:lineRule="auto"/>
            </w:pPr>
            <w:r>
              <w:rPr>
                <w:color w:val="1F1F1F"/>
                <w:sz w:val="16"/>
              </w:rPr>
              <w:t>☐</w:t>
            </w:r>
            <w:r>
              <w:rPr>
                <w:color w:val="1F1F1F"/>
                <w:sz w:val="16"/>
              </w:rPr>
              <w:t xml:space="preserve"> Estou ciente de que informação falsa, omissão relevante ou descumprimento das condições legais poderá ensejar a cassação do ato de liberação e a aplicação das medidas administrativas, civis e pe</w:t>
            </w:r>
            <w:r>
              <w:rPr>
                <w:color w:val="1F1F1F"/>
                <w:sz w:val="16"/>
              </w:rPr>
              <w:t>nais cabíveis.</w:t>
            </w:r>
          </w:p>
        </w:tc>
      </w:tr>
    </w:tbl>
    <w:p w14:paraId="5CAAE4FC" w14:textId="77777777" w:rsidR="0078787C" w:rsidRDefault="008A07A4">
      <w:r>
        <w:br w:type="page"/>
      </w:r>
    </w:p>
    <w:tbl>
      <w:tblPr>
        <w:tblW w:w="10205" w:type="dxa"/>
        <w:tblLayout w:type="fixed"/>
        <w:tblLook w:val="04A0" w:firstRow="1" w:lastRow="0" w:firstColumn="1" w:lastColumn="0" w:noHBand="0" w:noVBand="1"/>
      </w:tblPr>
      <w:tblGrid>
        <w:gridCol w:w="2378"/>
        <w:gridCol w:w="7827"/>
      </w:tblGrid>
      <w:tr w:rsidR="0078787C" w14:paraId="09D4A30D" w14:textId="77777777" w:rsidTr="00272B93">
        <w:trPr>
          <w:cantSplit/>
        </w:trPr>
        <w:tc>
          <w:tcPr>
            <w:tcW w:w="10205" w:type="dxa"/>
            <w:gridSpan w:val="2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shd w:val="clear" w:color="auto" w:fill="17365D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1F7B94" w14:textId="77777777" w:rsidR="0078787C" w:rsidRDefault="008A07A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lastRenderedPageBreak/>
              <w:t>ANEXO</w:t>
            </w:r>
          </w:p>
        </w:tc>
      </w:tr>
      <w:tr w:rsidR="0078787C" w14:paraId="6F83661B" w14:textId="77777777" w:rsidTr="00272B93">
        <w:trPr>
          <w:cantSplit/>
        </w:trPr>
        <w:tc>
          <w:tcPr>
            <w:tcW w:w="10205" w:type="dxa"/>
            <w:gridSpan w:val="2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D7FEBBC" w14:textId="77777777" w:rsidR="0078787C" w:rsidRDefault="008A07A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3"/>
              </w:rPr>
              <w:t>TERMO DE AUTODECLARAÇÃO DE RESPONSABILIDADE</w:t>
            </w:r>
          </w:p>
        </w:tc>
      </w:tr>
      <w:tr w:rsidR="0078787C" w14:paraId="235A2D03" w14:textId="77777777" w:rsidTr="00272B93">
        <w:trPr>
          <w:cantSplit/>
        </w:trPr>
        <w:tc>
          <w:tcPr>
            <w:tcW w:w="10205" w:type="dxa"/>
            <w:gridSpan w:val="2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EF11FB5" w14:textId="77777777" w:rsidR="0078787C" w:rsidRDefault="008A07A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ATIVIDADES DE MÉDIO RISCO SANITÁRIO — CONTINUAÇÃO</w:t>
            </w:r>
          </w:p>
        </w:tc>
      </w:tr>
      <w:tr w:rsidR="0078787C" w14:paraId="4A9C4EF6" w14:textId="77777777" w:rsidTr="00272B93">
        <w:trPr>
          <w:cantSplit/>
        </w:trPr>
        <w:tc>
          <w:tcPr>
            <w:tcW w:w="10205" w:type="dxa"/>
            <w:gridSpan w:val="2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57D7FCA" w14:textId="77777777" w:rsidR="0078787C" w:rsidRDefault="008A07A4">
            <w:pPr>
              <w:spacing w:after="0" w:line="240" w:lineRule="auto"/>
            </w:pPr>
            <w:r>
              <w:rPr>
                <w:b/>
                <w:color w:val="FFFFFF"/>
              </w:rPr>
              <w:t>3. RESPONSÁVEL TÉCNICO, QUANDO EXIGIDO PELA LEGISLAÇÃO ESPECÍFICA</w:t>
            </w:r>
          </w:p>
        </w:tc>
      </w:tr>
      <w:tr w:rsidR="0078787C" w14:paraId="509F512F" w14:textId="77777777" w:rsidTr="00272B93">
        <w:trPr>
          <w:cantSplit/>
        </w:trPr>
        <w:tc>
          <w:tcPr>
            <w:tcW w:w="2378" w:type="dxa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98E0064" w14:textId="77777777" w:rsidR="0078787C" w:rsidRDefault="008A07A4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Nome:</w:t>
            </w:r>
          </w:p>
        </w:tc>
        <w:tc>
          <w:tcPr>
            <w:tcW w:w="7827" w:type="dxa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7B1F20B" w14:textId="336521EF" w:rsidR="0078787C" w:rsidRDefault="0078787C">
            <w:pPr>
              <w:spacing w:after="0" w:line="240" w:lineRule="auto"/>
            </w:pPr>
          </w:p>
        </w:tc>
      </w:tr>
      <w:tr w:rsidR="0078787C" w14:paraId="7A486A11" w14:textId="77777777" w:rsidTr="00272B93">
        <w:trPr>
          <w:cantSplit/>
        </w:trPr>
        <w:tc>
          <w:tcPr>
            <w:tcW w:w="2378" w:type="dxa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AFA52F7" w14:textId="77777777" w:rsidR="0078787C" w:rsidRDefault="008A07A4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Profissão / Conselho:</w:t>
            </w:r>
          </w:p>
        </w:tc>
        <w:tc>
          <w:tcPr>
            <w:tcW w:w="7827" w:type="dxa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04D8DDF" w14:textId="2D763004" w:rsidR="0078787C" w:rsidRDefault="00272B93">
            <w:pPr>
              <w:spacing w:after="0" w:line="240" w:lineRule="auto"/>
            </w:pPr>
            <w:r>
              <w:rPr>
                <w:color w:val="1F1F1F"/>
              </w:rPr>
              <w:t xml:space="preserve">                                                                                       </w:t>
            </w:r>
            <w:proofErr w:type="spellStart"/>
            <w:r w:rsidR="008A07A4">
              <w:rPr>
                <w:color w:val="1F1F1F"/>
              </w:rPr>
              <w:t>Registro</w:t>
            </w:r>
            <w:proofErr w:type="spellEnd"/>
            <w:r w:rsidR="008A07A4">
              <w:rPr>
                <w:color w:val="1F1F1F"/>
              </w:rPr>
              <w:t xml:space="preserve"> nº: </w:t>
            </w:r>
          </w:p>
        </w:tc>
      </w:tr>
      <w:tr w:rsidR="0078787C" w14:paraId="67EB0B11" w14:textId="77777777" w:rsidTr="00272B93">
        <w:trPr>
          <w:cantSplit/>
        </w:trPr>
        <w:tc>
          <w:tcPr>
            <w:tcW w:w="2378" w:type="dxa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1A0802" w14:textId="77777777" w:rsidR="0078787C" w:rsidRDefault="008A07A4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Vínculo com a empresa:</w:t>
            </w:r>
          </w:p>
        </w:tc>
        <w:tc>
          <w:tcPr>
            <w:tcW w:w="7827" w:type="dxa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CB21C0D" w14:textId="2A1CE4CB" w:rsidR="0078787C" w:rsidRDefault="0078787C">
            <w:pPr>
              <w:spacing w:after="0" w:line="240" w:lineRule="auto"/>
            </w:pPr>
          </w:p>
        </w:tc>
      </w:tr>
      <w:tr w:rsidR="0078787C" w14:paraId="103430EF" w14:textId="77777777" w:rsidTr="00272B93">
        <w:trPr>
          <w:cantSplit/>
        </w:trPr>
        <w:tc>
          <w:tcPr>
            <w:tcW w:w="10205" w:type="dxa"/>
            <w:gridSpan w:val="2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F147E0B" w14:textId="77777777" w:rsidR="0078787C" w:rsidRDefault="008A07A4">
            <w:pPr>
              <w:spacing w:after="0" w:line="240" w:lineRule="auto"/>
            </w:pPr>
            <w:r>
              <w:rPr>
                <w:b/>
                <w:color w:val="FFFFFF"/>
              </w:rPr>
              <w:t>4. ACEITE E ASSINATURAS</w:t>
            </w:r>
          </w:p>
        </w:tc>
      </w:tr>
      <w:tr w:rsidR="0078787C" w14:paraId="405AF867" w14:textId="77777777" w:rsidTr="00272B93">
        <w:trPr>
          <w:cantSplit/>
        </w:trPr>
        <w:tc>
          <w:tcPr>
            <w:tcW w:w="10205" w:type="dxa"/>
            <w:gridSpan w:val="2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D45F87F" w14:textId="77777777" w:rsidR="0078787C" w:rsidRDefault="008A07A4">
            <w:pPr>
              <w:spacing w:after="0" w:line="240" w:lineRule="auto"/>
            </w:pPr>
            <w:r>
              <w:rPr>
                <w:color w:val="1F1F1F"/>
                <w:sz w:val="16"/>
              </w:rPr>
              <w:t>Declaro que li integralmente este termo, compreendi seu conteúdo e assumo responsabilidade pelas declarações prestadas.</w:t>
            </w:r>
          </w:p>
        </w:tc>
      </w:tr>
      <w:tr w:rsidR="0078787C" w14:paraId="270AD93A" w14:textId="77777777" w:rsidTr="00272B93">
        <w:trPr>
          <w:cantSplit/>
        </w:trPr>
        <w:tc>
          <w:tcPr>
            <w:tcW w:w="2378" w:type="dxa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CF86034" w14:textId="77777777" w:rsidR="0078787C" w:rsidRDefault="008A07A4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Local e data:</w:t>
            </w:r>
          </w:p>
        </w:tc>
        <w:tc>
          <w:tcPr>
            <w:tcW w:w="7827" w:type="dxa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F8FB475" w14:textId="77777777" w:rsidR="0078787C" w:rsidRDefault="008A07A4">
            <w:pPr>
              <w:spacing w:after="0" w:line="240" w:lineRule="auto"/>
            </w:pPr>
            <w:r>
              <w:rPr>
                <w:color w:val="1F1F1F"/>
              </w:rPr>
              <w:t xml:space="preserve">Porto </w:t>
            </w:r>
            <w:r>
              <w:rPr>
                <w:color w:val="1F1F1F"/>
              </w:rPr>
              <w:t>Velho/RO, ________ de ______________________________ de ____________.</w:t>
            </w:r>
          </w:p>
        </w:tc>
      </w:tr>
      <w:tr w:rsidR="0078787C" w14:paraId="32B17C6A" w14:textId="77777777" w:rsidTr="00272B93">
        <w:trPr>
          <w:cantSplit/>
        </w:trPr>
        <w:tc>
          <w:tcPr>
            <w:tcW w:w="10205" w:type="dxa"/>
            <w:gridSpan w:val="2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3C6A792" w14:textId="77777777" w:rsidR="00272B93" w:rsidRDefault="008A07A4">
            <w:pPr>
              <w:spacing w:after="0" w:line="240" w:lineRule="auto"/>
              <w:jc w:val="center"/>
              <w:rPr>
                <w:color w:val="1F1F1F"/>
                <w:sz w:val="17"/>
              </w:rPr>
            </w:pPr>
            <w:r>
              <w:rPr>
                <w:color w:val="1F1F1F"/>
                <w:sz w:val="17"/>
              </w:rPr>
              <w:br/>
            </w:r>
            <w:r>
              <w:rPr>
                <w:color w:val="1F1F1F"/>
                <w:sz w:val="17"/>
              </w:rPr>
              <w:br/>
              <w:t>_______________________________________________</w:t>
            </w:r>
            <w:r>
              <w:rPr>
                <w:color w:val="1F1F1F"/>
                <w:sz w:val="17"/>
              </w:rPr>
              <w:br/>
              <w:t xml:space="preserve">Assinatura do </w:t>
            </w:r>
            <w:proofErr w:type="spellStart"/>
            <w:r>
              <w:rPr>
                <w:color w:val="1F1F1F"/>
                <w:sz w:val="17"/>
              </w:rPr>
              <w:t>empreendedor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ou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responsável</w:t>
            </w:r>
            <w:proofErr w:type="spellEnd"/>
            <w:r>
              <w:rPr>
                <w:color w:val="1F1F1F"/>
                <w:sz w:val="17"/>
              </w:rPr>
              <w:t xml:space="preserve"> legal</w:t>
            </w:r>
          </w:p>
          <w:p w14:paraId="3CCDDF4F" w14:textId="77777777" w:rsidR="00272B93" w:rsidRDefault="00272B93">
            <w:pPr>
              <w:spacing w:after="0" w:line="240" w:lineRule="auto"/>
              <w:jc w:val="center"/>
              <w:rPr>
                <w:color w:val="1F1F1F"/>
                <w:sz w:val="17"/>
              </w:rPr>
            </w:pPr>
          </w:p>
          <w:p w14:paraId="663C4F0C" w14:textId="5717881F" w:rsidR="0078787C" w:rsidRDefault="008A07A4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br/>
              <w:t>Nome: ____________________________________________________</w:t>
            </w:r>
          </w:p>
        </w:tc>
      </w:tr>
      <w:tr w:rsidR="0078787C" w14:paraId="1341A588" w14:textId="77777777" w:rsidTr="00272B93">
        <w:trPr>
          <w:cantSplit/>
        </w:trPr>
        <w:tc>
          <w:tcPr>
            <w:tcW w:w="10205" w:type="dxa"/>
            <w:gridSpan w:val="2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shd w:val="clear" w:color="auto" w:fill="FFFFF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8E82DA9" w14:textId="77777777" w:rsidR="00272B93" w:rsidRDefault="008A07A4">
            <w:pPr>
              <w:spacing w:after="0" w:line="240" w:lineRule="auto"/>
              <w:jc w:val="center"/>
              <w:rPr>
                <w:color w:val="1F1F1F"/>
                <w:sz w:val="17"/>
              </w:rPr>
            </w:pPr>
            <w:r>
              <w:rPr>
                <w:color w:val="1F1F1F"/>
                <w:sz w:val="17"/>
              </w:rPr>
              <w:br/>
            </w:r>
            <w:r>
              <w:rPr>
                <w:color w:val="1F1F1F"/>
                <w:sz w:val="17"/>
              </w:rPr>
              <w:br/>
              <w:t>_________________________</w:t>
            </w:r>
            <w:r>
              <w:rPr>
                <w:color w:val="1F1F1F"/>
                <w:sz w:val="17"/>
              </w:rPr>
              <w:t>______________________</w:t>
            </w:r>
            <w:r>
              <w:rPr>
                <w:color w:val="1F1F1F"/>
                <w:sz w:val="17"/>
              </w:rPr>
              <w:br/>
              <w:t xml:space="preserve">Assinatura e carimbo do </w:t>
            </w:r>
            <w:proofErr w:type="spellStart"/>
            <w:r>
              <w:rPr>
                <w:color w:val="1F1F1F"/>
                <w:sz w:val="17"/>
              </w:rPr>
              <w:t>responsável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técnico</w:t>
            </w:r>
            <w:proofErr w:type="spellEnd"/>
            <w:r>
              <w:rPr>
                <w:color w:val="1F1F1F"/>
                <w:sz w:val="17"/>
              </w:rPr>
              <w:t xml:space="preserve">, </w:t>
            </w:r>
            <w:proofErr w:type="spellStart"/>
            <w:r>
              <w:rPr>
                <w:color w:val="1F1F1F"/>
                <w:sz w:val="17"/>
              </w:rPr>
              <w:t>quando</w:t>
            </w:r>
            <w:proofErr w:type="spellEnd"/>
            <w:r>
              <w:rPr>
                <w:color w:val="1F1F1F"/>
                <w:sz w:val="17"/>
              </w:rPr>
              <w:t xml:space="preserve"> </w:t>
            </w:r>
            <w:proofErr w:type="spellStart"/>
            <w:r>
              <w:rPr>
                <w:color w:val="1F1F1F"/>
                <w:sz w:val="17"/>
              </w:rPr>
              <w:t>aplicável</w:t>
            </w:r>
            <w:proofErr w:type="spellEnd"/>
          </w:p>
          <w:p w14:paraId="4B51F28C" w14:textId="77777777" w:rsidR="00272B93" w:rsidRDefault="00272B93">
            <w:pPr>
              <w:spacing w:after="0" w:line="240" w:lineRule="auto"/>
              <w:jc w:val="center"/>
              <w:rPr>
                <w:color w:val="1F1F1F"/>
                <w:sz w:val="17"/>
              </w:rPr>
            </w:pPr>
          </w:p>
          <w:p w14:paraId="5DFECE6A" w14:textId="3E2C7A05" w:rsidR="0078787C" w:rsidRDefault="008A07A4">
            <w:pPr>
              <w:spacing w:after="0" w:line="240" w:lineRule="auto"/>
              <w:jc w:val="center"/>
            </w:pPr>
            <w:r>
              <w:rPr>
                <w:color w:val="1F1F1F"/>
                <w:sz w:val="17"/>
              </w:rPr>
              <w:br/>
              <w:t>Nome / Conselho: __________________________________________</w:t>
            </w:r>
          </w:p>
        </w:tc>
      </w:tr>
      <w:tr w:rsidR="0078787C" w14:paraId="112D0DC4" w14:textId="77777777" w:rsidTr="00272B93">
        <w:trPr>
          <w:cantSplit/>
        </w:trPr>
        <w:tc>
          <w:tcPr>
            <w:tcW w:w="10205" w:type="dxa"/>
            <w:gridSpan w:val="2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87810E5" w14:textId="77777777" w:rsidR="0078787C" w:rsidRDefault="008A07A4">
            <w:pPr>
              <w:spacing w:after="0" w:line="240" w:lineRule="auto"/>
            </w:pPr>
            <w:r>
              <w:rPr>
                <w:b/>
                <w:color w:val="FFFFFF"/>
              </w:rPr>
              <w:t>5. USO INTERNO DA DVISA / SEMUSA</w:t>
            </w:r>
          </w:p>
        </w:tc>
      </w:tr>
      <w:tr w:rsidR="0078787C" w14:paraId="504AB573" w14:textId="77777777" w:rsidTr="00272B93">
        <w:trPr>
          <w:cantSplit/>
        </w:trPr>
        <w:tc>
          <w:tcPr>
            <w:tcW w:w="2378" w:type="dxa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875D340" w14:textId="77777777" w:rsidR="0078787C" w:rsidRDefault="008A07A4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Processo administrativo nº:</w:t>
            </w:r>
          </w:p>
        </w:tc>
        <w:tc>
          <w:tcPr>
            <w:tcW w:w="7827" w:type="dxa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B35F6D3" w14:textId="0783B22C" w:rsidR="0078787C" w:rsidRDefault="00272B93">
            <w:pPr>
              <w:spacing w:after="0" w:line="240" w:lineRule="auto"/>
            </w:pPr>
            <w:r>
              <w:rPr>
                <w:color w:val="1F1F1F"/>
              </w:rPr>
              <w:t xml:space="preserve">                                                                               </w:t>
            </w:r>
            <w:r w:rsidR="008A07A4">
              <w:rPr>
                <w:color w:val="1F1F1F"/>
              </w:rPr>
              <w:t xml:space="preserve">Data do </w:t>
            </w:r>
            <w:proofErr w:type="spellStart"/>
            <w:r w:rsidR="008A07A4">
              <w:rPr>
                <w:color w:val="1F1F1F"/>
              </w:rPr>
              <w:t>protocolo</w:t>
            </w:r>
            <w:proofErr w:type="spellEnd"/>
            <w:r w:rsidR="008A07A4">
              <w:rPr>
                <w:color w:val="1F1F1F"/>
              </w:rPr>
              <w:t>: ____/____/________</w:t>
            </w:r>
          </w:p>
        </w:tc>
      </w:tr>
      <w:tr w:rsidR="0078787C" w14:paraId="6299B2A4" w14:textId="77777777" w:rsidTr="00272B93">
        <w:trPr>
          <w:cantSplit/>
        </w:trPr>
        <w:tc>
          <w:tcPr>
            <w:tcW w:w="2378" w:type="dxa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D1FCA7A" w14:textId="77777777" w:rsidR="0078787C" w:rsidRDefault="008A07A4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Recebimento / validação:</w:t>
            </w:r>
          </w:p>
        </w:tc>
        <w:tc>
          <w:tcPr>
            <w:tcW w:w="7827" w:type="dxa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7A79206" w14:textId="77777777" w:rsidR="0078787C" w:rsidRDefault="008A07A4">
            <w:pPr>
              <w:spacing w:after="0" w:line="240" w:lineRule="auto"/>
            </w:pPr>
            <w:r>
              <w:rPr>
                <w:color w:val="1F1F1F"/>
              </w:rPr>
              <w:t>☐</w:t>
            </w:r>
            <w:r>
              <w:rPr>
                <w:color w:val="1F1F1F"/>
              </w:rPr>
              <w:t xml:space="preserve"> Aceite registrado     ☐ Pendente de saneamento     ☐ Encaminhado à fiscalização</w:t>
            </w:r>
          </w:p>
        </w:tc>
      </w:tr>
      <w:tr w:rsidR="0078787C" w14:paraId="221F5670" w14:textId="77777777" w:rsidTr="00272B93">
        <w:trPr>
          <w:cantSplit/>
        </w:trPr>
        <w:tc>
          <w:tcPr>
            <w:tcW w:w="2378" w:type="dxa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D671BD7" w14:textId="77777777" w:rsidR="0078787C" w:rsidRDefault="008A07A4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Servidor responsável:</w:t>
            </w:r>
          </w:p>
        </w:tc>
        <w:tc>
          <w:tcPr>
            <w:tcW w:w="7827" w:type="dxa"/>
            <w:tcBorders>
              <w:top w:val="single" w:sz="6" w:space="0" w:color="B4C7E7"/>
              <w:left w:val="single" w:sz="6" w:space="0" w:color="B4C7E7"/>
              <w:bottom w:val="single" w:sz="6" w:space="0" w:color="B4C7E7"/>
              <w:right w:val="single" w:sz="6" w:space="0" w:color="B4C7E7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7A3CDEA" w14:textId="625709D7" w:rsidR="0078787C" w:rsidRDefault="0078787C">
            <w:pPr>
              <w:spacing w:after="0" w:line="240" w:lineRule="auto"/>
            </w:pPr>
          </w:p>
        </w:tc>
      </w:tr>
    </w:tbl>
    <w:p w14:paraId="2743C4A8" w14:textId="77777777" w:rsidR="0078787C" w:rsidRDefault="008A07A4">
      <w:pPr>
        <w:spacing w:before="100" w:after="0"/>
        <w:jc w:val="both"/>
      </w:pPr>
      <w:proofErr w:type="spellStart"/>
      <w:r>
        <w:rPr>
          <w:i/>
          <w:color w:val="595959"/>
          <w:sz w:val="15"/>
        </w:rPr>
        <w:t>Fundamentação</w:t>
      </w:r>
      <w:proofErr w:type="spellEnd"/>
      <w:r>
        <w:rPr>
          <w:i/>
          <w:color w:val="595959"/>
          <w:sz w:val="15"/>
        </w:rPr>
        <w:t xml:space="preserve">: Lei </w:t>
      </w:r>
      <w:proofErr w:type="spellStart"/>
      <w:r>
        <w:rPr>
          <w:i/>
          <w:color w:val="595959"/>
          <w:sz w:val="15"/>
        </w:rPr>
        <w:t>Complementar</w:t>
      </w:r>
      <w:proofErr w:type="spellEnd"/>
      <w:r>
        <w:rPr>
          <w:i/>
          <w:color w:val="595959"/>
          <w:sz w:val="15"/>
        </w:rPr>
        <w:t xml:space="preserve"> Municipal nº 1.081/2026, art. 3º, X; art. 10, caput e §§ 1º a 7º; arts. 35 e 36. O termo possui natureza declaratória e não substitui documentos ou atos exigidos por norma específica ap</w:t>
      </w:r>
      <w:r>
        <w:rPr>
          <w:i/>
          <w:color w:val="595959"/>
          <w:sz w:val="15"/>
        </w:rPr>
        <w:t>licável.</w:t>
      </w:r>
    </w:p>
    <w:sectPr w:rsidR="0078787C" w:rsidSect="00272B93">
      <w:footerReference w:type="default" r:id="rId8"/>
      <w:pgSz w:w="12240" w:h="15840"/>
      <w:pgMar w:top="1701" w:right="1134" w:bottom="1134" w:left="1134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BC724" w14:textId="77777777" w:rsidR="008A07A4" w:rsidRDefault="008A07A4">
      <w:pPr>
        <w:spacing w:after="0" w:line="240" w:lineRule="auto"/>
      </w:pPr>
      <w:r>
        <w:separator/>
      </w:r>
    </w:p>
  </w:endnote>
  <w:endnote w:type="continuationSeparator" w:id="0">
    <w:p w14:paraId="4D8872B7" w14:textId="77777777" w:rsidR="008A07A4" w:rsidRDefault="008A0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FBDE6" w14:textId="77777777" w:rsidR="0078787C" w:rsidRDefault="008A07A4">
    <w:pPr>
      <w:pStyle w:val="Rodap"/>
      <w:jc w:val="center"/>
    </w:pPr>
    <w:r>
      <w:rPr>
        <w:color w:val="595959"/>
        <w:sz w:val="13"/>
      </w:rPr>
      <w:t>DVISA / SEMUSA — Termo de Autodeclaração de Responsabilidade — Médio Risco Sanitário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D90C3" w14:textId="77777777" w:rsidR="008A07A4" w:rsidRDefault="008A07A4">
      <w:pPr>
        <w:spacing w:after="0" w:line="240" w:lineRule="auto"/>
      </w:pPr>
      <w:r>
        <w:separator/>
      </w:r>
    </w:p>
  </w:footnote>
  <w:footnote w:type="continuationSeparator" w:id="0">
    <w:p w14:paraId="5AD1747B" w14:textId="77777777" w:rsidR="008A07A4" w:rsidRDefault="008A0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2B93"/>
    <w:rsid w:val="0029639D"/>
    <w:rsid w:val="00326F90"/>
    <w:rsid w:val="0078787C"/>
    <w:rsid w:val="008A07A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80AA52"/>
  <w14:defaultImageDpi w14:val="300"/>
  <w15:docId w15:val="{1E2D982B-9CCC-440D-9FF1-CC2EEDF4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552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AILTON</cp:lastModifiedBy>
  <cp:revision>2</cp:revision>
  <dcterms:created xsi:type="dcterms:W3CDTF">2026-09-15T00:37:00Z</dcterms:created>
  <dcterms:modified xsi:type="dcterms:W3CDTF">2026-09-15T00:37:00Z</dcterms:modified>
  <cp:category/>
</cp:coreProperties>
</file>